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F4E52" w14:textId="77777777" w:rsidR="00224A85" w:rsidRDefault="00C451DE" w:rsidP="00C451DE">
      <w:pPr>
        <w:jc w:val="center"/>
        <w:rPr>
          <w:b/>
          <w:bCs/>
          <w:lang w:val="pt-BR"/>
        </w:rPr>
      </w:pPr>
      <w:r w:rsidRPr="00C451DE">
        <w:rPr>
          <w:b/>
          <w:bCs/>
          <w:lang w:val="pt-BR"/>
        </w:rPr>
        <w:t xml:space="preserve">DECLARAÇÃO DO SUPERVISOR DO PRM DE </w:t>
      </w:r>
    </w:p>
    <w:p w14:paraId="653A0F5D" w14:textId="1122B465" w:rsidR="00224A85" w:rsidRDefault="00224A85" w:rsidP="00C451DE">
      <w:pPr>
        <w:jc w:val="center"/>
        <w:rPr>
          <w:b/>
          <w:bCs/>
          <w:lang w:val="pt-BR"/>
        </w:rPr>
      </w:pPr>
      <w:r w:rsidRPr="00224A85">
        <w:rPr>
          <w:color w:val="EE0000"/>
          <w:lang w:val="pt-BR"/>
        </w:rPr>
        <w:t>NOME DO PROGRAMA DE RESIDENCIA MEDICA</w:t>
      </w:r>
    </w:p>
    <w:p w14:paraId="1A33A1D1" w14:textId="7AEAC36B" w:rsidR="002F4155" w:rsidRPr="00C451DE" w:rsidRDefault="00C451DE" w:rsidP="00C451DE">
      <w:pPr>
        <w:jc w:val="center"/>
        <w:rPr>
          <w:b/>
          <w:bCs/>
          <w:lang w:val="pt-BR"/>
        </w:rPr>
      </w:pPr>
      <w:r w:rsidRPr="00C451DE">
        <w:rPr>
          <w:b/>
          <w:bCs/>
          <w:lang w:val="pt-BR"/>
        </w:rPr>
        <w:t xml:space="preserve"> DE SUBSTITUIÇÃO DA</w:t>
      </w:r>
      <w:r>
        <w:rPr>
          <w:b/>
          <w:bCs/>
          <w:lang w:val="pt-BR"/>
        </w:rPr>
        <w:t xml:space="preserve"> </w:t>
      </w:r>
      <w:r w:rsidRPr="00C451DE">
        <w:rPr>
          <w:b/>
          <w:bCs/>
          <w:lang w:val="pt-BR"/>
        </w:rPr>
        <w:t>MONOGRA</w:t>
      </w:r>
      <w:r w:rsidR="00224A85">
        <w:rPr>
          <w:b/>
          <w:bCs/>
          <w:lang w:val="pt-BR"/>
        </w:rPr>
        <w:t>F</w:t>
      </w:r>
      <w:r w:rsidRPr="00C451DE">
        <w:rPr>
          <w:b/>
          <w:bCs/>
          <w:lang w:val="pt-BR"/>
        </w:rPr>
        <w:t>IA</w:t>
      </w:r>
    </w:p>
    <w:p w14:paraId="3080686E" w14:textId="77777777" w:rsidR="00C451DE" w:rsidRPr="00C451DE" w:rsidRDefault="00C451DE">
      <w:pPr>
        <w:rPr>
          <w:lang w:val="pt-BR"/>
        </w:rPr>
      </w:pPr>
    </w:p>
    <w:p w14:paraId="5BF7CB73" w14:textId="2D12EA90" w:rsidR="002F4155" w:rsidRDefault="00C451DE" w:rsidP="00224A85">
      <w:pPr>
        <w:spacing w:line="480" w:lineRule="auto"/>
        <w:jc w:val="both"/>
        <w:rPr>
          <w:lang w:val="pt-BR"/>
        </w:rPr>
      </w:pPr>
      <w:r w:rsidRPr="00C451DE">
        <w:rPr>
          <w:lang w:val="pt-BR"/>
        </w:rPr>
        <w:t>Declaro, para os devidos fins, estar ciente e de acordo com a substituição da monografia como trabalho de conclusão da residência médica</w:t>
      </w:r>
      <w:r w:rsidR="00224A85">
        <w:rPr>
          <w:lang w:val="pt-BR"/>
        </w:rPr>
        <w:t>,</w:t>
      </w:r>
      <w:r w:rsidRPr="00C451DE">
        <w:rPr>
          <w:lang w:val="pt-BR"/>
        </w:rPr>
        <w:t xml:space="preserve"> pelo desenvolvimento e entrega do artigo intitulado "</w:t>
      </w:r>
      <w:r w:rsidR="00224A85" w:rsidRPr="00224A85">
        <w:rPr>
          <w:color w:val="EE0000"/>
          <w:lang w:val="pt-BR"/>
        </w:rPr>
        <w:t>TITULO DO ARTIGO A SER ENVIADO</w:t>
      </w:r>
      <w:r w:rsidRPr="00C451DE">
        <w:rPr>
          <w:lang w:val="pt-BR"/>
        </w:rPr>
        <w:t xml:space="preserve">", de autoria da residente </w:t>
      </w:r>
      <w:r w:rsidR="00224A85" w:rsidRPr="00224A85">
        <w:rPr>
          <w:color w:val="EE0000"/>
          <w:lang w:val="pt-BR"/>
        </w:rPr>
        <w:t>NOME COMPLETO DA RESIDENTE</w:t>
      </w:r>
      <w:r w:rsidRPr="00C451DE">
        <w:rPr>
          <w:lang w:val="pt-BR"/>
        </w:rPr>
        <w:t xml:space="preserve">, em conformidade com as diretrizes do programa </w:t>
      </w:r>
      <w:r w:rsidR="00224A85">
        <w:rPr>
          <w:lang w:val="pt-BR"/>
        </w:rPr>
        <w:t xml:space="preserve">de </w:t>
      </w:r>
      <w:r w:rsidR="00224A85" w:rsidRPr="00224A85">
        <w:rPr>
          <w:color w:val="EE0000"/>
          <w:lang w:val="pt-BR"/>
        </w:rPr>
        <w:t xml:space="preserve">NOME DO PROGRAMA DE RESIDENCIA MEDICA </w:t>
      </w:r>
      <w:r w:rsidRPr="00C451DE">
        <w:rPr>
          <w:lang w:val="pt-BR"/>
        </w:rPr>
        <w:t xml:space="preserve">e alinhado aos objetivos educacionais da formação. </w:t>
      </w:r>
    </w:p>
    <w:p w14:paraId="068ABBCC" w14:textId="77777777" w:rsidR="00C451DE" w:rsidRPr="00C451DE" w:rsidRDefault="00C451DE" w:rsidP="00224A85">
      <w:pPr>
        <w:spacing w:line="480" w:lineRule="auto"/>
        <w:jc w:val="both"/>
        <w:rPr>
          <w:lang w:val="pt-BR"/>
        </w:rPr>
      </w:pPr>
    </w:p>
    <w:p w14:paraId="7976732B" w14:textId="4EDCFBAC" w:rsidR="002F4155" w:rsidRDefault="00C451DE" w:rsidP="00224A85">
      <w:pPr>
        <w:pBdr>
          <w:bottom w:val="single" w:sz="12" w:space="1" w:color="auto"/>
        </w:pBdr>
        <w:spacing w:line="480" w:lineRule="auto"/>
        <w:jc w:val="both"/>
        <w:rPr>
          <w:lang w:val="pt-BR"/>
        </w:rPr>
      </w:pPr>
      <w:r>
        <w:rPr>
          <w:lang w:val="pt-BR"/>
        </w:rPr>
        <w:t>Assinaturas</w:t>
      </w:r>
    </w:p>
    <w:p w14:paraId="08B00966" w14:textId="77777777" w:rsidR="00224A85" w:rsidRDefault="00224A85" w:rsidP="00224A85">
      <w:pPr>
        <w:pBdr>
          <w:bottom w:val="single" w:sz="12" w:space="1" w:color="auto"/>
        </w:pBdr>
        <w:spacing w:line="480" w:lineRule="auto"/>
        <w:jc w:val="both"/>
        <w:rPr>
          <w:lang w:val="pt-BR"/>
        </w:rPr>
      </w:pPr>
    </w:p>
    <w:p w14:paraId="1CAC6347" w14:textId="77777777" w:rsidR="00224A85" w:rsidRDefault="00224A85" w:rsidP="00224A85">
      <w:pPr>
        <w:pBdr>
          <w:bottom w:val="single" w:sz="12" w:space="1" w:color="auto"/>
        </w:pBdr>
        <w:spacing w:line="480" w:lineRule="auto"/>
        <w:jc w:val="both"/>
        <w:rPr>
          <w:lang w:val="pt-BR"/>
        </w:rPr>
      </w:pPr>
    </w:p>
    <w:p w14:paraId="6DFC90D1" w14:textId="16C19EC3" w:rsidR="00224A85" w:rsidRPr="00224A85" w:rsidRDefault="00224A85" w:rsidP="00224A85">
      <w:pPr>
        <w:spacing w:line="480" w:lineRule="auto"/>
        <w:jc w:val="both"/>
        <w:rPr>
          <w:color w:val="EE0000"/>
          <w:lang w:val="pt-BR"/>
        </w:rPr>
      </w:pPr>
      <w:r w:rsidRPr="00224A85">
        <w:rPr>
          <w:color w:val="EE0000"/>
          <w:lang w:val="pt-BR"/>
        </w:rPr>
        <w:t>NOME do RESIDENTE</w:t>
      </w:r>
    </w:p>
    <w:p w14:paraId="4C4E37AF" w14:textId="78A6E13D" w:rsidR="00224A85" w:rsidRDefault="00224A85" w:rsidP="00224A85">
      <w:pPr>
        <w:spacing w:line="480" w:lineRule="auto"/>
        <w:jc w:val="both"/>
        <w:rPr>
          <w:lang w:val="pt-BR"/>
        </w:rPr>
      </w:pPr>
      <w:r>
        <w:rPr>
          <w:lang w:val="pt-BR"/>
        </w:rPr>
        <w:t>________________________________________________________________________</w:t>
      </w:r>
    </w:p>
    <w:p w14:paraId="799F5577" w14:textId="1737A153" w:rsidR="00C451DE" w:rsidRPr="00224A85" w:rsidRDefault="00224A85">
      <w:pPr>
        <w:rPr>
          <w:color w:val="EE0000"/>
          <w:lang w:val="pt-BR"/>
        </w:rPr>
      </w:pPr>
      <w:r w:rsidRPr="00224A85">
        <w:rPr>
          <w:color w:val="EE0000"/>
          <w:lang w:val="pt-BR"/>
        </w:rPr>
        <w:t>NOME DO SUPERVISOR</w:t>
      </w:r>
    </w:p>
    <w:p w14:paraId="104B9A38" w14:textId="77777777" w:rsidR="00C451DE" w:rsidRPr="00C451DE" w:rsidRDefault="00C451DE">
      <w:pPr>
        <w:rPr>
          <w:lang w:val="pt-BR"/>
        </w:rPr>
      </w:pPr>
    </w:p>
    <w:p w14:paraId="502D2B09" w14:textId="1A752BCD" w:rsidR="002F4155" w:rsidRPr="00224A85" w:rsidRDefault="00C451DE">
      <w:pPr>
        <w:rPr>
          <w:color w:val="EE0000"/>
          <w:lang w:val="pt-BR"/>
        </w:rPr>
      </w:pPr>
      <w:r w:rsidRPr="00224A85">
        <w:rPr>
          <w:color w:val="EE0000"/>
          <w:lang w:val="pt-BR"/>
        </w:rPr>
        <w:t xml:space="preserve">Data </w:t>
      </w:r>
    </w:p>
    <w:sectPr w:rsidR="002F4155" w:rsidRPr="00224A8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54536">
    <w:abstractNumId w:val="8"/>
  </w:num>
  <w:num w:numId="2" w16cid:durableId="1204488416">
    <w:abstractNumId w:val="6"/>
  </w:num>
  <w:num w:numId="3" w16cid:durableId="907764498">
    <w:abstractNumId w:val="5"/>
  </w:num>
  <w:num w:numId="4" w16cid:durableId="887304436">
    <w:abstractNumId w:val="4"/>
  </w:num>
  <w:num w:numId="5" w16cid:durableId="1124084200">
    <w:abstractNumId w:val="7"/>
  </w:num>
  <w:num w:numId="6" w16cid:durableId="1413166290">
    <w:abstractNumId w:val="3"/>
  </w:num>
  <w:num w:numId="7" w16cid:durableId="1069962364">
    <w:abstractNumId w:val="2"/>
  </w:num>
  <w:num w:numId="8" w16cid:durableId="1947539103">
    <w:abstractNumId w:val="1"/>
  </w:num>
  <w:num w:numId="9" w16cid:durableId="101712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24A85"/>
    <w:rsid w:val="0029639D"/>
    <w:rsid w:val="002F4155"/>
    <w:rsid w:val="00326F90"/>
    <w:rsid w:val="0080014B"/>
    <w:rsid w:val="00AA1D8D"/>
    <w:rsid w:val="00B47730"/>
    <w:rsid w:val="00C451D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1DB587"/>
  <w14:defaultImageDpi w14:val="300"/>
  <w15:docId w15:val="{8AD51711-4D61-482F-BFFA-F31FEEEB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Ana Daniela Izoton de Sadovsky</cp:lastModifiedBy>
  <cp:revision>2</cp:revision>
  <dcterms:created xsi:type="dcterms:W3CDTF">2026-05-18T16:40:00Z</dcterms:created>
  <dcterms:modified xsi:type="dcterms:W3CDTF">2026-05-18T16:40:00Z</dcterms:modified>
  <cp:category/>
</cp:coreProperties>
</file>